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Géophysique de gisement et de génie civil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XV-468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433-445.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prospection géophysique/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spécialistes des sciences de la Terre qui auront à utiliser des méthodes de géophysique applicables aussi bien aux études de gisement qu à de nombreux cas de génie civil. Dans chaque chapitre, le lecteur trouvera des bases théoriques, des règles pratiques et surtout des exemples concrets d application. Cet ouvrage est un support potentiel pour des cours ou des stages de formation permanente. "Le géophysicien de gisement y trouvera les bases d une compréhension des réservoirs pétroliers et une méthodologie détaillée de la géophysique de puits.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