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microcontrôleurs PIC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Beghyn, Bernard/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2746207648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microcontrôleur/ Electronique numérique/ </w:t>
            </w:r>
          </w:p>
        </w:tc>
      </w:tr>
    </w:tbl>
    <w:p>
      <w:pPr>
        <w:pStyle w:val="Heading3"/>
      </w:pPr>
      <w:r>
        <w:t>Résumé :</w:t>
      </w:r>
    </w:p>
    <w:p>
      <w:r>
        <w:t>Fabriqués et commercialisés depuis de nombreuses années, les microcontrôleurs PIC sont reconnus pour leur rapidité et pour leur facilité de programmation in situ. Cet ouvrage contient une étude complète du 16F84 afin de se familiariser avec l'architecture PIC et sa programmation, une étude succincte des interfaces du 16F877, une étude plus approfondie des interfaces série synchrone (SPI et I2C) de plus en plus employées dans l'interfaçage électronique et une prise en main du simulateur du logiciel de développement MPLAB. Ce livre s'adresse aux élèves et aux enseignants des lycées techniques et professionnels, aux étudiants des IUT et BTS génie électrique et électronique, aux élèves des grandes écoles d'ingénieurs. Il sera aussi très utile à tous les utilisateurs professionnels de ce type de matériel.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