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l'océanographie.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Ivanoff, Alexandre/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De l'enseignement à la recherche. Océanographie(N°:None)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océanographie/ eau de mer/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manuel fondamental d’océanographie physique et chimique. Il propose une étude approfondie des propriétés de l’eau de mer et des mécanismes qui gouvernent le fonctionnement des océans.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