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Vérification de systèmes de transmission de pouvoir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Centre D'élaboration des Moyens D'enseignement du Québec/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CEMEQ/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Module(N°:14)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9782896203420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transmission de puissance/ diagnostic automobile/ </w:t>
            </w:r>
          </w:p>
        </w:tc>
      </w:tr>
    </w:tbl>
    <w:p>
      <w:pPr>
        <w:pStyle w:val="Heading3"/>
      </w:pPr>
      <w:r>
        <w:t>Résumé :</w:t>
      </w:r>
    </w:p>
    <w:p>
      <w:r>
        <w:t>Ce module de formation en mécanique automobile vise à développer la compétence de vérifier le fonctionnement des systèmes de transmission de pouvoir d’un véhicule (embrayage, boîte de vitesses, différentiel, arbre de transmission, etc.).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