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325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Référence bureautique(N°:None)</w:t>
            </w:r>
          </w:p>
        </w:tc>
      </w:tr>
      <w:tr>
        <w:trPr>
          <w:trHeight w:val="567"/>
        </w:trPr>
        <w:tc>
          <w:tcPr>
            <w:tcW w:type="dxa" w:w="3000"/>
          </w:tcPr>
          <w:p>
            <w:r>
              <w:t>Notes Générales</w:t>
            </w:r>
          </w:p>
        </w:tc>
        <w:tc>
          <w:tcPr>
            <w:tcW w:type="dxa" w:w="7000"/>
          </w:tcPr>
          <w:p>
            <w:r>
              <w:t>Index p.p. 317-325</w:t>
            </w:r>
          </w:p>
        </w:tc>
      </w:tr>
      <w:tr>
        <w:trPr>
          <w:trHeight w:val="567"/>
        </w:trPr>
        <w:tc>
          <w:tcPr>
            <w:tcW w:type="dxa" w:w="3000"/>
          </w:tcPr>
          <w:p>
            <w:r>
              <w:t>Numéro d'Identification</w:t>
            </w:r>
          </w:p>
        </w:tc>
        <w:tc>
          <w:tcPr>
            <w:tcW w:type="dxa" w:w="7000"/>
          </w:tcPr>
          <w:p>
            <w:r>
              <w:t>9782746081741</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initiation informatique/ suite bureautique/ </w:t>
            </w:r>
          </w:p>
        </w:tc>
      </w:tr>
    </w:tbl>
    <w:p>
      <w:pPr>
        <w:pStyle w:val="Heading3"/>
      </w:pPr>
      <w:r>
        <w:t>Résumé :</w:t>
      </w:r>
    </w:p>
    <w:p>
      <w:r>
        <w:t>Ce livre vous présente les bases à connaître pour exploiter efficacement votre ordinateur équipé de Windows 8 et de la suite Office 2013. Il débute par une présentation du nouvel environnement de travail proposé par Windows 8 : comment démarrer votre PC, comment s'y retrouver dans l'interface Windows 8 et l'interface Bureau, comment faire maintenant …</w:t>
        <w:br/>
        <w:br/>
        <w:t>Ce livre vous présente les bases à connaître pour exploiter efficacement votre ordinateur équipé de Windows 8 et de la suite Office 2013. Il débute par une présentation du nouvel environnement de travail proposé par Windows 8 : comment démarrer votre PC, comment s'y retrouver dans l'interface Windows 8 et l'interface Bureau, comment faire maintenant que le bouton Démarrer a disparu ! Vous découvrirez ensuite les manipulations de base du traitement de texte Word 2013 qui vous permettront de réaliser des documents simples ; vous enchaînerez par la découverte du tableur Excel 2013 pour réaliser des tableaux.</w:t>
        <w:br/>
        <w:br/>
        <w:t>Vous comprendrez très vite pourquoi il est nécessaire d'enregistrer régulièrement son travail en créant de nombreux fichiers classés dans divers dossiers ou sur l'espace de stockage en ligne SkyDrive ; vous pourrez, grâce à l'Explorateur Windows, retrouver facilement ces fichiers pour les copier, les supprimer... Le dernier chapitre vous présente les fonctionnalités de base du navigateur Internet Explorer 10 et celles d'Outlook 2013 qui vous permettront d'envoyer des messages.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