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traitement du signal. T1: représentation des signaux et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Benidir, Messaoud/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210005984X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Théorie du signal/ </w:t>
            </w:r>
          </w:p>
        </w:tc>
      </w:tr>
    </w:tbl>
    <w:p>
      <w:pPr>
        <w:pStyle w:val="Heading3"/>
      </w:pPr>
      <w:r>
        <w:t>Résumé :</w:t>
      </w:r>
    </w:p>
    <w:p>
      <w:r>
        <w:t>Parce que l'évolution des technologies de l'électronique est permanente et leur maîtrise délicate et exigeante, il est devenu indispensable aujourd'hui de posséder toutes les connaissances théoriques et pratiques du traitement du signal. A la pointe dans ce domaine, cet ouvrage très complet rassemble en deux volumes les résultats majeurs du traitement du signal, analyse leurs fondements mathématiques et expose leur mise en œuvre. Dans le premier volume, l'auteur présente les modèles et outils mathématiques de représentation des signaux : représentations temporelle, fréquentielle, énergétique et symbolique d'un signal déterministe ; échantillonnage et modulation ; représentations d'un signal aléatoire ; représentations, réalisations et synthèses d'un filtre. Le deuxième volume expose les méthodes de base en traitement du signal. Cet ouvrage est destiné aux élèves en écoles d'ingénieurs, ainsi qu'aux étudiants en IUT, IUP et 2e cycle EEA. Un site Web associé propose des exercices corrigés supplémentaires et des compléments de solutions.</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