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de problèmes sur les asservissements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Balmer, Leslie/ Lewis, C.P/ Thelliez, Sylvain/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Notes Générales</w:t>
            </w:r>
          </w:p>
        </w:tc>
        <w:tc>
          <w:tcPr>
            <w:tcW w:type="dxa" w:w="7000"/>
          </w:tcPr>
          <w:p>
            <w:r>
              <w:t>Bibiogr.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stabilité/ diagramme de Bode/ </w:t>
            </w:r>
          </w:p>
        </w:tc>
      </w:tr>
    </w:tbl>
    <w:p>
      <w:pPr>
        <w:pStyle w:val="Heading3"/>
      </w:pPr>
      <w:r>
        <w:t>Résumé :</w:t>
      </w:r>
    </w:p>
    <w:p>
      <w:r>
        <w:t>Ce livre présente les méthodes fondamentales utilisées pour analyser et résoudre les problèmes liés aux systèmes asservis linéaires. Il commence par rappeler les outils mathématiques nécessaires, notamment les équations différentielles et la transformée de Laplace. L’ouvrage explique ensuite la structure des systèmes de commande en boucle ouverte et en boucle fermée. Il introduit la notion de fonction de transfert et les méthodes de simplification des schémas blocs. Le livre étudie également la stabilité des systèmes et les critères permettant de l’analyser. Une partie importante est consacrée à l’étude des réponses temporelles et fréquentielles des systèmes. L’auteur présente aussi les diagrammes classiques utilisés en automatique comme Bode ou Nyquist. Les méthodes de correction et de régulation sont expliquées pour améliorer les performances des systèmes. L’ouvrage contient de nombreux problèmes détaillés avec leurs solutions pour faciliter la compréhension. Il constitue ainsi un outil pratique pour les étudiants en électronique, automatique et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