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Phan, Thérèse/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licence, écoles d'ingénieurs(N°:None)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9782100562985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Probabilités : Variables aléatoires, lois discrètes (Binomiale, Poisson), lois continues (Normale, Exponentielle), indépendance./ statistique descriptive : Moyenne, variance, écart-type, représentations graphiques/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accompagne l'étudiant en Licence (Sciences de la Matière, Sciences de la vie) ou en École d'ingénieurs dans son assimilation des connaissances. Dans chaque chapitre, le lecteur trouvera :</w:t>
        <w:br/>
        <w:br/>
        <w:br/>
        <w:br/>
        <w:t>Un rappel de cours concis</w:t>
        <w:br/>
        <w:br/>
        <w:t>Des énoncés d'exercices et de problèmes</w:t>
        <w:br/>
        <w:br/>
        <w:t>Ces énoncés, en grande partie extraits de sujets d'examen, comportent des questions détaillées et progressives.</w:t>
        <w:br/>
        <w:br/>
        <w:br/>
        <w:br/>
        <w:t>Une rubrique "Du mal à démarrer ?"</w:t>
        <w:br/>
        <w:br/>
        <w:t>Si le lecteur est coincé dans la résolution d'un exercice et avant d'aller voir la solution, des indications lui sont proposées.</w:t>
        <w:br/>
        <w:br/>
        <w:br/>
        <w:br/>
        <w:t>Les solutions complètes de tous les énoncés</w:t>
        <w:br/>
        <w:br/>
        <w:t>Chaque énoncé est intégralement corrigé. Lorsque c'est utile, une rubrique "Ce qu'il faut retenir de cet exercice" propose un bilan méthodologique.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