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Réception TV par satellites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Besson, René/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audio-vidéo(N°:None)</w:t>
            </w:r>
          </w:p>
        </w:tc>
      </w:tr>
      <w:tr>
        <w:trPr>
          <w:trHeight w:val="567"/>
        </w:trPr>
        <w:tc>
          <w:tcPr>
            <w:tcW w:type="dxa" w:w="3000"/>
          </w:tcPr>
          <w:p>
            <w:r>
              <w:t>Numéro d'Identification</w:t>
            </w:r>
          </w:p>
        </w:tc>
        <w:tc>
          <w:tcPr>
            <w:tcW w:type="dxa" w:w="7000"/>
          </w:tcPr>
          <w:p>
            <w:r>
              <w:t>2100047752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réception TV satellite/ télévision numérique/ </w:t>
            </w:r>
          </w:p>
        </w:tc>
      </w:tr>
    </w:tbl>
    <w:p>
      <w:pPr>
        <w:pStyle w:val="Heading3"/>
      </w:pPr>
      <w:r>
        <w:t>Résumé :</w:t>
      </w:r>
    </w:p>
    <w:p>
      <w:r>
        <w:t>Le tout numérique est-il pour demain ? en ce qui concerne la télévision, la réponse est assurément positive puisque 2010 doit être l'année de la disparition des émissions analogiques. on aurait même tendance à croire qu'à l'allure où il progresse, le numérique pourrait s'imposer avant cette date butoir. cette troisième édition de réception TV par satellites se fait bien entendu l'écho de ces évolutions techniques. l'ensemble des chapitres a été remis à jour et complété, tandis qu'un nouveau chapitre est consacré aux installations collectives de télévision analogique et numérique. grâce à ce livre qui vous permettra de maîtriser l'ensemble de la chaîne de réception des émissions TV par satellites -les satellites de télécommunication et leurs catégories, les antennes paraboliques, la capture du signal SHF, l'installation de réception, les récepteurs des émissions analogiques, la télévision numérique et les installations collectives -, vous pourrez concevoir, réaliser et mettre en service, étape par étape, une installation fiable et performante. ce livre pratique est destiné à la fois aux installateurs professionnels et à tous les particuliers qui souhaitent effectuer leur installation de réception par leurs propres moyens. il intéressera également toute personne qui souhaite s'informer sérieusement sur la réception TV par satellites.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