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l'électronique digitale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Aschen, Robert/ Frey,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digitale/ logique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 l'utilisation pratique de circuits digitaux dans l'électronique de comptage et d'informatique. une large place a été réservée à la conception et à la réalisation de ces circuits partant de fonctions logiques fondamentales, c'est à-dire des fonctions ET, OU, NON, et OU exclusif. l'étude des circuits décrits dans l'ouvrage permet leur compréhension et leur réalisation, de méme que leur utilisation rationnelle et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