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statistiques.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Combrouze, Alain/ Dede,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Major(N°:None)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"HEC voie économique, 2e année"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2130491278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la variance/ statistique inférentielle/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quiconque souhaite approfondir ses connaissances en probabilités et statistiques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