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science du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Duchaufour, Philippe/ </w:t>
            </w:r>
          </w:p>
        </w:tc>
      </w:tr>
      <w:tr>
        <w:trPr>
          <w:trHeight w:val="567"/>
        </w:trPr>
        <w:tc>
          <w:tcPr>
            <w:tcW w:type="dxa" w:w="3000"/>
          </w:tcPr>
          <w:p>
            <w:r>
              <w:t>Edition</w:t>
            </w:r>
          </w:p>
        </w:tc>
        <w:tc>
          <w:tcPr>
            <w:tcW w:type="dxa" w:w="7000"/>
          </w:tcPr>
          <w:p>
            <w:r>
              <w:t>6e éd. de "L'abrégé de pédologie"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XII-331 p.</w:t>
            </w:r>
          </w:p>
        </w:tc>
      </w:tr>
      <w:tr>
        <w:trPr>
          <w:trHeight w:val="567"/>
        </w:trPr>
        <w:tc>
          <w:tcPr>
            <w:tcW w:type="dxa" w:w="3000"/>
          </w:tcPr>
          <w:p>
            <w:r>
              <w:t>Illustration</w:t>
            </w:r>
          </w:p>
        </w:tc>
        <w:tc>
          <w:tcPr>
            <w:tcW w:type="dxa" w:w="7000"/>
          </w:tcPr>
          <w:p>
            <w:r>
              <w:t>en coul. : 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315-324. Index</w:t>
            </w:r>
          </w:p>
        </w:tc>
      </w:tr>
      <w:tr>
        <w:trPr>
          <w:trHeight w:val="567"/>
        </w:trPr>
        <w:tc>
          <w:tcPr>
            <w:tcW w:type="dxa" w:w="3000"/>
          </w:tcPr>
          <w:p>
            <w:r>
              <w:t>Numéro d'Identification</w:t>
            </w:r>
          </w:p>
        </w:tc>
        <w:tc>
          <w:tcPr>
            <w:tcW w:type="dxa" w:w="7000"/>
          </w:tcPr>
          <w:p>
            <w:r>
              <w:t>2100483900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pédologie/ </w:t>
            </w:r>
          </w:p>
        </w:tc>
      </w:tr>
    </w:tbl>
    <w:p>
      <w:pPr>
        <w:pStyle w:val="Heading3"/>
      </w:pPr>
      <w:r>
        <w:t>Résumé :</w:t>
      </w:r>
    </w:p>
    <w:p>
      <w:r>
        <w:t>Cet ouvrage montre les relations qui existent entre le sol, son environnement et la végétation. Il aborde la science du sol comme le point de rencontre de données qui s'appuient aussi bien sur la biologie, la géomorphologie, la physique et la chimie que sur la pédogenèse et les propriétés du sol. Il présente les résultats les plus récents du domaine et dresse un panorama varié de ses applications pratiques : mise en valeur des terres, croissance des végétaux, protection de l'environnement,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