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Electronics and circuit analysis using MATLAB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Attia, John Okyere/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CRC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383-393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0849318920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analysis/ electrical engineering/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use of matlab is ubiquitous in the scientific and engineering communities today, and justifiably so. simple programming, rich graphic facilities, built-in functions, and extensive toolboxes offer users the power and flexibility they need to solve the complex analytical problems inherent in modern technologies. the ability to use matlab effectively has become practically a prerequisite to success for engineering professionals. </w:t>
        <w:br/>
        <w:br/>
        <w:br/>
        <w:br/>
        <w:t>like its best-selling predecessor, electronics and circuit analysis using matlab, second edition helps build that proficiency. it provides an easy, practical introduction to matlab and clearly demonstrates its use in solving a wide range of electronics and circuit analysis problems. this edition reflects recent matlab enhancements, includes new material, and provides even more examples and exercises.</w:t>
        <w:br/>
        <w:br/>
        <w:t>new in the second edition:</w:t>
        <w:br/>
        <w:br/>
        <w:t>•</w:t>
        <w:tab/>
        <w:t>thorough revisions to the first three chapters that incorporate additional matlab functions and bring the material up to date with recent changes to matlab</w:t>
        <w:br/>
        <w:br/>
        <w:t>•</w:t>
        <w:tab/>
        <w:t>a new chapter on electronic data analysis</w:t>
        <w:br/>
        <w:br/>
        <w:t>•</w:t>
        <w:tab/>
        <w:t>many more exercises and solved examples</w:t>
        <w:br/>
        <w:br/>
        <w:t>•</w:t>
        <w:tab/>
        <w:t>new sections added to the chapters on two-port networks, fourier analysis, and semiconductor physics</w:t>
        <w:br/>
        <w:br/>
        <w:t>•</w:t>
        <w:tab/>
        <w:t>matlab m-files available for download</w:t>
        <w:br/>
        <w:br/>
        <w:br/>
        <w:br/>
        <w:t>whether you are a student or professional engineer or technician, electronics and circuit analysis using matlab, second edition will serve you well. it offers not only an outstanding introduction to matlab, but also forms a guide to using matlab for your specific purposes: to explore the characteristics of semiconductor devices and to design and analyze electrical and electronic circuits and systems.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