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Hervé/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2100063022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vidéo numérique/ télévision numérique/ </w:t>
            </w:r>
          </w:p>
        </w:tc>
      </w:tr>
    </w:tbl>
    <w:p>
      <w:pPr>
        <w:pStyle w:val="Heading3"/>
      </w:pPr>
      <w:r>
        <w:t>Résumé :</w:t>
      </w:r>
    </w:p>
    <w:p>
      <w:r>
        <w:t>L'introduction de la télévision numérique en Europe a été une véritable révolution dans les standards de télévision : elle permet d'accroître la capacité de diffusion des canaux et a un immense potentiel comme moyen de communication (multidiffusion, paiement à la séance, téléchargement de logiciels, télévision interactive avec accès rapide à Internet...). En France, elle a initialement été réservée à un public d'abonnés, mais l'arrivée de la télévision numérique terrestre devrait changer cet état de fait en apportant à tous une offre importante " en clair ", ce qui permet d'envisager l'arrêt des émissions analogiques au début des années 2010. Ce livre, première introduction à la télévision numérique accessible à une large audience, décrit les principes de base de cette nouvelle technologie ainsi que leur mise en œuvre dans le système européen DVB (Digital Video Broadcasting). Après un rappel sur les principaux systèmes de télévision analogique et les différents formats de numérisation vidéo normalisés, l'auteur examine les différentes étapes du traitement du signal dans leur ordre à l'émission, dont découle l'architecture du récepteur. Cette troisième édition est le fruit d'un important travail de mise à jour (TV numérique terrestre, architecture des récepteurs...) et comporte d'importantes extensions (aspects logiciels et interopérabilité, systèmes de TV numériques autres que DVB...).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