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revetements de tunnels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Falchi Delitala, Giovanni/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Vitali E Ghaianda/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tunnels/ soutenement/ pression du terrain/ </w:t>
            </w:r>
          </w:p>
        </w:tc>
      </w:tr>
    </w:tbl>
    <w:p>
      <w:pPr>
        <w:pStyle w:val="Heading3"/>
      </w:pPr>
      <w:r>
        <w:t>Résumé :</w:t>
      </w:r>
    </w:p>
    <w:p>
      <w:r>
        <w:t>Le livre « Calcul des revêtements de tunnels » traite des principes fondamentaux et des méthodes de dimensionnement des structures de soutènement utilisées dans les tunnels, en tenant compte des interactions entre le terrain et le revêtement.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