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Real-time signal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Ackenhusen, John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 Hall PTR/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447-460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0136317715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real-time signal processing/ digital signal processing/ </w:t>
            </w:r>
          </w:p>
        </w:tc>
      </w:tr>
    </w:tbl>
    <w:p>
      <w:pPr>
        <w:pStyle w:val="Heading3"/>
      </w:pPr>
      <w:r>
        <w:t>Résumé :</w:t>
      </w:r>
    </w:p>
    <w:p>
      <w:r>
        <w:t>Moving technology from ideal research conditions into real-life applications is always a challenge. the computing and timing issues involved in signal processing make it an especially difficult transition. real-time signal processing covers the entire process of implementing signal processing algorithms, from real-time concepts to multiprocessors and tradeoff analyses, and it provides a toolkit of hardware and software computing elements. this book walks through the entire system design process, from requirements development through life-cycle systems engineering, project management, integration, testing, and maintenance.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