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L'Organisation d'un atelier de mécanique, atelier de fabrication et réparation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Gauchet, Ernest/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édition... revue et mise à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d'organisation/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atelier de mécanique/ organisation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d’organisation et de gestion d’un atelier de mécanique, qu’il soit destiné à la fabrication ou à la réparation. Il met l’accent sur l’efficacité, la sécurité et la qualité du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