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to mechatronics and measurement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Alciatore, David G./ Histand, Michael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-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501-509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9780071254076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mechatronic system/ interdisciplinary engineering/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Mechatronics and measurement systems provides comprehensive and accessible coverage of the evolving field of mechatronics for mechanical, electrical and aerospace engineering majors. the authors present a concise review of electrical circuits, solid-state devices, digital circuits, and motors- all of which are fundamental to understanding mechatronic systems. </w:t>
        <w:br/>
        <w:br/>
        <w:t>mechatronics design considerations are presented throughout the text, and in "design example" features. the text's numerous illustrations, examples, class discussion items, and chapter questions &amp; exercises provide an opportunity to understand and apply mechatronics concepts to actual problems encountered in engineering practice. this text has been tested over several years to ensure accuracy.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