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Bureau d'études. F18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Delanette,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bureau d’étude/ construction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méthodologie du projet en construction mécanique, en mettant l’accent sur le rôle du bureau d’études dans la conception et le développement de produits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