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de construction en terre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Houben, Hugo/ Guillaud, Hubert/ Dayre, Michel/ Centre de Recherche et d'Application pour la construction en terre (CRA Terre)/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Parenthèses/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avec la collaboration pour le chapitre Séismes [de] Michel Dayre,... [et al.] 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9782863641613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Génie civil/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civil industriel/ techniques de construction/ conception structurale/ </w:t>
            </w:r>
          </w:p>
        </w:tc>
      </w:tr>
    </w:tbl>
    <w:p>
      <w:pPr>
        <w:pStyle w:val="Heading3"/>
      </w:pPr>
      <w:r>
        <w:t>Résumé :</w:t>
      </w:r>
    </w:p>
    <w:p>
      <w:r>
        <w:t>Manuel didactique pratique pour les architectes, ingénieurs et artisans, analysant les propriétés des sols, les techniques de mise en œuvre, et la résistance sismique.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