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Vauquois, Bernard/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2705658947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Théorie de la mesure/ Espaces probabilisés/ </w:t>
            </w:r>
          </w:p>
        </w:tc>
      </w:tr>
    </w:tbl>
    <w:p>
      <w:pPr>
        <w:pStyle w:val="Heading3"/>
      </w:pPr>
      <w:r>
        <w:t>Résumé :</w:t>
      </w:r>
    </w:p>
    <w:p>
      <w:r>
        <w:t>Cet ouvrage constitue un cours de référence pour les étudiants de haut niveau (Licence, Maîtrise, Agrégation). Il présente la théorie des probabilités avec une rigueur mathématique absolue, en s'appuyant sur la théorie de la mesure et de l'intégration. Khoan Vo Khac y expose les concepts fondamentaux — axiomatique, variables aléatoires, lois de convergence et théorèmes limites — non pas comme des outils de calcul isolés, mais comme une branche cohérente et structurée de l'analyse. C'est un manuel réputé pour sa précision, essentiel pour préparer les concours d'enseignement et les grandes écoles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