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Propagation des ondes en géophysique et en géotechnique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Quiblier, Jacques/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XIV-754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Publications de l'Institut français du pétrole(N°:None)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2710807092</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mécanique des sols/ propagation d'’onde/ </w:t>
            </w:r>
          </w:p>
        </w:tc>
      </w:tr>
    </w:tbl>
    <w:p>
      <w:pPr>
        <w:pStyle w:val="Heading3"/>
      </w:pPr>
      <w:r>
        <w:t>Résumé :</w:t>
      </w:r>
    </w:p>
    <w:p>
      <w:r>
        <w:t>Cet ouvrage étudie la propagation des ondes (notamment sismiques) dans les sols et les roches, en géophysique et en géotechnique. Il met l’accent sur l’utilisation des méthodes de Fourier pour modéliser et analyser ces phénomènes dans le domaine fréquentiel. L’auteur explique comment ces outils mathématiques permettent de mieux comprendre le comportement des milieux, d’interpréter les signaux et d’appliquer ces connaissances à des domaines comme la prospection du sous-sol et le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