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Propagation des ondes en géophysique et en géotechnique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Quiblier, Jacques/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Éd. Technip/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XIV-754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Publications de l'Institut français du pétrole(N°:None)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2710807106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Géologie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551/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mécanique des sols/ propagation/ Ondes sismiques/ </w:t>
            </w:r>
          </w:p>
        </w:tc>
      </w:tr>
    </w:tbl>
    <w:p>
      <w:pPr>
        <w:pStyle w:val="Heading3"/>
      </w:pPr>
      <w:r>
        <w:t>Résumé :</w:t>
      </w:r>
    </w:p>
    <w:p>
      <w:r>
        <w:t>Cet ouvrage présente les principes de propagation des ondes dans les milieux géophysiques et géotechniques (sols, roches), en mettant l’accent sur leur modélisation mathématique à l’aide des méthodes de Fourier. Il explique comment analyser et prévoir le comportement des ondes (sismiques notamment) pour des applications en ingénierie et en étude du sous-sol.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