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des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Khoan, Vo-Khac/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Marketing book/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p. 284</w:t>
            </w:r>
          </w:p>
        </w:tc>
      </w:tr>
      <w:tr>
        <w:trPr>
          <w:trHeight w:val="567"/>
        </w:trPr>
        <w:tc>
          <w:tcPr>
            <w:tcW w:type="dxa" w:w="3000"/>
          </w:tcPr>
          <w:p>
            <w:r>
              <w:t>Numéro d'Identification</w:t>
            </w:r>
          </w:p>
        </w:tc>
        <w:tc>
          <w:tcPr>
            <w:tcW w:type="dxa" w:w="7000"/>
          </w:tcPr>
          <w:p>
            <w:r>
              <w:t>2729896074</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de la mesure/ Convergences stochastiques (presque sûre, en loi, en probabilité)/ </w:t>
            </w:r>
          </w:p>
        </w:tc>
      </w:tr>
    </w:tbl>
    <w:p>
      <w:pPr>
        <w:pStyle w:val="Heading3"/>
      </w:pPr>
      <w:r>
        <w:t>Résumé :</w:t>
      </w:r>
    </w:p>
    <w:p>
      <w:r>
        <w:t>Cet ouvrage constitue un cours approfondi et rigoureux sur la théorie des probabilités, spécifiquement structuré pour les étudiants de licence, maîtrise, ainsi que pour les candidats au CAPES et à l'Agrégation. Khoan Vo Khac y présente les probabilités non pas comme un simple outil de calcul, mais comme une branche fondamentale de l'analyse mathématique. S'appuyant sur la théorie de la mesure et de l'intégration, le livre traite des concepts fondamentaux (axiomatique, variables aléatoires, convergences) avec une précision mathématique totale, tout en proposant des exercices complexes pour préparer les épreuves écrites et orales des grandes écoles.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