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de calcul des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Calot, Gérard/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146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décision(N°:None)</w:t>
            </w:r>
          </w:p>
        </w:tc>
      </w:tr>
      <w:tr>
        <w:trPr>
          <w:trHeight w:val="567"/>
        </w:trPr>
        <w:tc>
          <w:tcPr>
            <w:tcW w:type="dxa" w:w="3000"/>
          </w:tcPr>
          <w:p>
            <w:r>
              <w:t>Numéro d'Identification</w:t>
            </w:r>
          </w:p>
        </w:tc>
        <w:tc>
          <w:tcPr>
            <w:tcW w:type="dxa" w:w="7000"/>
          </w:tcPr>
          <w:p>
            <w:r>
              <w:t>2040018387</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probabilité conditionnelle/ fonction de régression/ </w:t>
            </w:r>
          </w:p>
        </w:tc>
      </w:tr>
    </w:tbl>
    <w:p>
      <w:pPr>
        <w:pStyle w:val="Heading3"/>
      </w:pPr>
      <w:r>
        <w:t>Résumé :</w:t>
      </w:r>
    </w:p>
    <w:p>
      <w:r>
        <w:t>Cet ouvrage est conçu pour renforcer les compétences en calcul des probabilités des étudiants, en leur fournissant des outils pour résoudre des problèmes concrets et développer une compréhension approfondie du sujet.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