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discrètes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Chesneau, Christophe/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9782729862817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analyse combinatoire/ espace de probabilité/ </w:t>
            </w:r>
          </w:p>
        </w:tc>
      </w:tr>
    </w:tbl>
    <w:p>
      <w:pPr>
        <w:pStyle w:val="Heading3"/>
      </w:pPr>
      <w:r>
        <w:t>Résumé :</w:t>
      </w:r>
    </w:p>
    <w:p>
      <w:r>
        <w:t>Cet ouvrage est un recueil de 332 exercices entièrement corrigés sur les probabilités discrètes. Il répond à une demande forte des étudiants de Licence 1 et Licence 2. Les exercices proposés viennent d’horizons divers (sujets d’examens, classiques revisités, problèmes concrets…). Leur présence dans ce recueil repose essentiellement sur des critères pédagogiques.Ils sont classés par thèmes allant du plus simple (dénombrement, probabilités de base…) au plus évolué (couples de variables aléatoires réelles discrètes, vecteurs de variables aléatoires réelles discrètes…). Les bases des probabilités abordées en Terminale sont rappelées et font l’objet de nombreux exercices. La difficulté est progressive tout en restant bien dosée. Fait rare : chacun des 332 exercices est corrigé dans les moindres détails. Toutes les formules utilisées sont rappelées à la fin de l’ouvrage sous la forme d’un formulaire clair, précis et concis.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