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probabilités et de statistiques à l'usage de la fiabilité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Ringler,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Octares éd./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