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sédimentologie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Saaidi, Elkbir/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diff. 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392-399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Pétrologie/ sédimentologie/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bases de la sédimentologie, en étudiant les roches sédimentaires, leur composition (pétrographie) et leurs modes de formation.</w:t>
        <w:br/>
        <w:br/>
        <w:t>👉 Il explique les environnements sédimentaires (marins, fluviaux, désertiques…) et les processus de dépôt. Le livre relie l’analyse des roches à la reconstitution des anciens milieux géologiques.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