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géologique du Maroc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Saaidi, Elkbir/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Afrique Orient/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9981252689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géologie/ Descriptions et voyages/ </w:t>
            </w:r>
          </w:p>
        </w:tc>
      </w:tr>
    </w:tbl>
    <w:p>
      <w:pPr>
        <w:pStyle w:val="Heading3"/>
      </w:pPr>
      <w:r>
        <w:t>Résumé :</w:t>
      </w:r>
    </w:p>
    <w:p>
      <w:r>
        <w:t>Ce guide présente la géologie du Maroc à travers des itinéraires de terrain, permettant d’observer directement les roches, reliefs et structures.</w:t>
        <w:br/>
        <w:br/>
        <w:t>👉 Il explique comment lire les paysages et comprendre leur formation.</w:t>
        <w:br/>
        <w:br/>
        <w:t>👉 L’ouvrage met en valeur la richesse géologique du Maroc tout en servant d’outil pédagogique pour étudiants et passionnés.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