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Delmas,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333-336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2729803181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congestion du réseau/ perte de signal/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ressource précieuse pour quiconque s’intéresse aux probabilités et à leurs applications dans le domaine des télécommunications, en offrant une base théorique solide accompagnée d’exercices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