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du signal pour géologues et géophysiciens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Mari, Jean-Luc/ Glangeaud, François/ Coppens, Françoise/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XVIII-460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Publications de l'Institut français du pétrole(N°:None)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441-453.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du signal/ Prospection sismique/ </w:t>
            </w:r>
          </w:p>
        </w:tc>
      </w:tr>
    </w:tbl>
    <w:p>
      <w:pPr>
        <w:pStyle w:val="Heading3"/>
      </w:pPr>
      <w:r>
        <w:t>Résumé :</w:t>
      </w:r>
    </w:p>
    <w:p>
      <w:r>
        <w:t>Le livre présente les techniques de traitement du signal appliquées à la géophysique, pour analyser les données sismiques et améliorer l’imagerie du sous-sol.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