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éléments de technologie .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Lenormand, Georges/ Mignée, Raymond/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22.5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du mouvement/ mouvement circulaire/ </w:t>
            </w:r>
          </w:p>
        </w:tc>
      </w:tr>
    </w:tbl>
    <w:p>
      <w:pPr>
        <w:pStyle w:val="Heading3"/>
      </w:pPr>
      <w:r>
        <w:t>Résumé :</w:t>
      </w:r>
    </w:p>
    <w:p>
      <w:r>
        <w:t>Ce tome est consacré aux systèmes permettant de transmettre un mouvement de rotation entre différentes pièces mécaniques. Il s’inscrit dans une approche technologique et pratique, souvent utilisée en formation technique et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