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Caignaert, Guy/ Henry, Jean Pierre/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204018676X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tenseur de contrainte/ coordonnée cartésienne/ </w:t>
            </w:r>
          </w:p>
        </w:tc>
      </w:tr>
    </w:tbl>
    <w:p>
      <w:pPr>
        <w:pStyle w:val="Heading3"/>
      </w:pPr>
      <w:r>
        <w:t>Résumé :</w:t>
      </w:r>
    </w:p>
    <w:p>
      <w:r>
        <w:t>Le livre Exercices d'élasticité de Guy Caignaert propose une série d’exercices corrigés permettant de comprendre et maîtriser les principes fondamentaux de l’élasticité, en appliquant les lois de la mécanique des milieux continus à des problèmes concrets de déformation et de contraintes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