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Statistiques générales pour utilisateurs. 1, Méthodologie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Pagès,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9782753512153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méthodologie statistique/ Statistique descriptive (moyenne, écart-type, médiane)/ </w:t>
            </w:r>
          </w:p>
        </w:tc>
      </w:tr>
    </w:tbl>
    <w:p>
      <w:pPr>
        <w:pStyle w:val="Heading3"/>
      </w:pPr>
      <w:r>
        <w:t>Résumé :</w:t>
      </w:r>
    </w:p>
    <w:p>
      <w:r>
        <w:t>Ce livre est la transcription du cours de statistique générale donné aux étudiants d'Agrocampus Rennes. Il s'appuie sur l'exemple pour exposer les principales méthodes statistiques utiles aux praticiens ; statistique descriptive, estimation, tests de comparaison de moyennes et de variances, analyse de variance, régression simple et multiple, test du chi-2, plans d'expériences, analyse en composantes principales.</w:t>
        <w:br/>
        <w:br/>
        <w:br/>
        <w:br/>
        <w:t>Pour chaque méthode présentée, un petit problème concret permet de bien comprendre la méthodologie statistique utilisée, les calculs effectués et l'interprétation des résultats. Ce livre d'introduction à la statistique, qui ne comporte pratiquement pas de démonstrations ni d'aspects formels généraux concernant l'inférence statistique, constitue un excellent manuel d'apprentissage à la statistique. Il s'adresse aux étudiants d'école d'ingénieurs, d'IUT ou BTS ou de l'Université dans les filières des sciences économiques, etc.</w:t>
        <w:br/>
        <w:br/>
        <w:br/>
        <w:br/>
        <w:t>Il est complété par Statistiques générales pour utilisateurs. 2 - Exercices et corrigés de François Husson et Jérôme Pagès.</w:t>
        <w:br/>
        <w:br/>
        <w:t>Pour cette seconde édition, le texte a été entièrement revu et augmenté, en particulier d'un nouveau chapitre sur les plans d'expériences pour variables quantitatives.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