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Dress,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TD(N°:None)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fonction de répartition/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SV, PCEM, PCEP, BTS, IUT...). Il couvre en 9 chapitres et 204 questions et exercices les bases des probabilités-statistiques : - probabilités élémentaires et probabilités conditionnelles, variables aléatoires ; - lois de Bernoulli, binomiale, de Poisson, normale... ; - théorie des épreuves répétées : loi des grands nombres, théorème central limite ; - statistique descriptive, estimation ; - tests d'hypothèses : lois de Student, test du khi-deux ; - régression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