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Métrologie dimensionnelle. F13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Chevalier, A/ laburte,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des fabrications mécaniques(N°:None)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métrologie/ exactitude/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comprend les techniques de mesure dimensionnelle et apprendre à utiliser correctement les instruments de métrologie afin de garantir la qualité et la conformité des pièces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