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pour ingénieurs,dynamique. V2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Beer, Ferdinand P/ Cornwell, Phillip/ Johnston, Elwood Russell/ Benedetti, Claudio/ Tremblay, Céline/ David, Éric/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Chenelière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XIII-592-1168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9782765106180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appliquée/ dynamique/ cinématique/ </w:t>
            </w:r>
          </w:p>
        </w:tc>
      </w:tr>
    </w:tbl>
    <w:p>
      <w:pPr>
        <w:pStyle w:val="Heading3"/>
      </w:pPr>
      <w:r>
        <w:t>Résumé :</w:t>
      </w:r>
    </w:p>
    <w:p>
      <w:r>
        <w:t>Ce volume traite principalement de la dynamique des particules et des corps rigides.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