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 qualité des ouvrages de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nationale de recherche appliquée en génie parasismique/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contrôle de qualité/ assurance qualité/ </w:t>
            </w:r>
          </w:p>
        </w:tc>
      </w:tr>
    </w:tbl>
    <w:p>
      <w:pPr>
        <w:pStyle w:val="Heading3"/>
      </w:pPr>
      <w:r>
        <w:t>Résumé :</w:t>
      </w:r>
    </w:p>
    <w:p>
      <w:r>
        <w:t>Ce livre traite des méthodes et procédures de contrôle de qualité appliquées aux ouvrages de génie civil, avec un accent particulier sur la sécurité structurale et la résistance aux actions sismiques.  il constitue un guide pratique destiné aux ingénieurs, techniciens et contrôleurs de chantier pour assurer la conformité et la durabilité des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