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de macros VBA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BidaultI, Mikael/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391-403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orientée objets  ( informatique)/ visual basic/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pratique qui enseigne comment créer et programmer des macros dans Microsoft Office à l’aide du langage VBA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