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Technologie en ouvrages métalliques. 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Bassino,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Foucher/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2216001953B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assemblage métallique/ rivetage/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manuel technique consacré aux assemblages dans les constructions métalliques, destiné aux étudiants et aux techniciens en mécanique, fabrication et génie civil. Il complète le tome 1 en se focalisant sur la mise en œuvre des éléments métalliques et leur assemblage dans les ouvrages industriels.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