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Hila, Fatma Slim/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couv., ill.en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9973948645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classique/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pédagogique de base en mécanique,. Il propose une approche progressive combinant théorie fondamentale et applications pratiques, caractéristique des cours universitaires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