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corrigés de "Mécanique des systèmes et des milieux déformables"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Chevalier,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2729897526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milieu déformable/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recueil d’exercices corrigés destiné à :</w:t>
        <w:br/>
        <w:br/>
        <w:br/>
        <w:br/>
        <w:t>Renforcer la compréhension des notions de mécanique</w:t>
        <w:br/>
        <w:br/>
        <w:br/>
        <w:br/>
        <w:t>Appliquer les lois théoriques à des cas concrets</w:t>
        <w:br/>
        <w:br/>
        <w:br/>
        <w:br/>
        <w:t>Préparer aux examens et concours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