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L'hydraulique appliquée aux installations d'extinction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Bonneville, Jean-Pierre/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Internationales Polytechnique/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588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582-585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2553014058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Plomberie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prévention d'incendie/ technique de lutte contre les incendies/ </w:t>
            </w:r>
          </w:p>
        </w:tc>
      </w:tr>
    </w:tbl>
    <w:p>
      <w:pPr>
        <w:pStyle w:val="Heading3"/>
      </w:pPr>
      <w:r>
        <w:t>Résumé :</w:t>
      </w:r>
    </w:p>
    <w:p>
      <w:r>
        <w:t>Les quatre premiers chapitres portent sur les calculs de perte de pression et la représentation graphique; les trois suivants discutent des sources d'eau et des essais hydrauliques; les trois chapitres subséquents traitent des pompes à incendie et les huit derniers présentent les installations d'extinction.</w:t>
        <w:br/>
        <w:br/>
        <w:t>Les ingénieurs, les technologues, les entrepreneurs, les techniciens en prévention des incendies ainsi que tout concepteur d'installations fixes de protection trouveront des renseignements précieux dans cet ouvrage.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