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études specifiques d'alea lie aux eboulements rocheux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central des ponts et chaussées/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86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2720803634</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étude spécifique/ éboulement rocheux/ </w:t>
            </w:r>
          </w:p>
        </w:tc>
      </w:tr>
    </w:tbl>
    <w:p>
      <w:pPr>
        <w:pStyle w:val="Heading3"/>
      </w:pPr>
      <w:r>
        <w:t>Résumé :</w:t>
      </w:r>
    </w:p>
    <w:p>
      <w:r>
        <w:t>Ce guide presente la methodologie d'etude du risque rocheux sur un site ponctuel ou d'etendue limitee. Il comprend la description, l'analyse et la caracterisation de l'alea de depart (instabilite de falaise) et de la propagation sur le versant. Le document presente de maniere concrete la methodologie, les approches et les outils utilises, ainsi que le mode de presentation des observations et des resultats. Les diverses donnees a collecter, historiques, geologiques, morphologiques, etc., font l'objet d'un inventaire detaille. La mise en oeuvre de cette methodologie est presentee a travers plusieurs etudes de cas. (A).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