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physique en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Carpentier, Renaud/ Dépret, Benoît/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Classe Prépas PC-PC*(N°:None)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9782340002111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faisceau de bessel/ machine thermique/ </w:t>
            </w:r>
          </w:p>
        </w:tc>
      </w:tr>
    </w:tbl>
    <w:p>
      <w:pPr>
        <w:pStyle w:val="Heading3"/>
      </w:pPr>
      <w:r>
        <w:t>Résumé :</w:t>
      </w:r>
    </w:p>
    <w:p>
      <w:r>
        <w:t>Ce titre propose un recueil de 150 problèmes corrigés de physique, destiné aux étudiants des filières PC et PC*, permettant de maîtriser les concepts fondamentaux à travers des applications concrètes et des exercices approfondis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