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travaux publics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Allard, René/ Kiénert,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Bibliothèque de l'institut de topométrie du conservatoire national des arts et métiers(N°:None)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équipement public/ projet d’infrastructure/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réédition numérique d'un livre paru au XXe siècle, désormais indisponible dans son format d'origine.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