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théorie des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Lepage, Yves/ Moore, Marc/ Roy, Roch/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de l'université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547-551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0777001365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central limite/ loi binomiale/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être une ressource pédagogique, visant à rendre la théorie des probabilités accessible aux étudiants et aux praticiens, tout en fournissant une base solide pour des études plus avancées dans le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