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Formulaire guide d'atelier de fabrication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abkhaze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Sodano,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204009332x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formulaire technique/ fabrication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:</w:t>
        <w:br/>
        <w:br/>
        <w:t>➡️ guide pratique + formulaire technique</w:t>
        <w:br/>
        <w:br/>
        <w:t>➡️ destiné aux techniciens, ouvriers qualifiés et étudiants</w:t>
        <w:br/>
        <w:br/>
        <w:t>➡️ utilisé directement en atelier pour calculer, régler et fabriquer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