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la théorie des probabilités.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Bousseboua, Moussdek/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211-213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lois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fournir aux étudiants et aux praticiens une compréhension claire et approfondie de la théorie des probabilités, tout en incluant des exemples pratiques et des exercices pour renforcer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