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Éléments de la théorie des probabilités.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Fortet,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Nouvelle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du Centre national de la recherche scientifique/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463-469. Index p.p. 471-475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probabilité conditionnelle/ théorème de bayes/ </w:t>
            </w:r>
          </w:p>
        </w:tc>
      </w:tr>
    </w:tbl>
    <w:p>
      <w:pPr>
        <w:pStyle w:val="Heading3"/>
      </w:pPr>
      <w:r>
        <w:t>Résumé :</w:t>
      </w:r>
    </w:p>
    <w:p>
      <w:r>
        <w:t>Cet ouvrage  pose les bases nécessaires pour une compréhension approfondie de la théorie des probabilités, préparant ainsi le lecteur à des études plus avancées dans ce domaine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